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C41D8" w14:textId="77777777" w:rsidR="001B454A" w:rsidRDefault="00561349">
      <w:pPr>
        <w:spacing w:after="40"/>
        <w:jc w:val="center"/>
      </w:pPr>
      <w:r>
        <w:rPr>
          <w:b/>
          <w:sz w:val="24"/>
        </w:rPr>
        <w:t>NAVODILO ZA UPORABO: INFORMACIJE ZA UPORABNIKA</w:t>
      </w:r>
    </w:p>
    <w:p w14:paraId="0946FADA" w14:textId="77777777" w:rsidR="001B454A" w:rsidRDefault="00561349">
      <w:pPr>
        <w:spacing w:after="0"/>
        <w:jc w:val="center"/>
      </w:pPr>
      <w:r>
        <w:rPr>
          <w:b/>
          <w:color w:val="1F4E79"/>
          <w:sz w:val="44"/>
        </w:rPr>
        <w:t>BRONCHOMED</w:t>
      </w:r>
      <w:r w:rsidRPr="001C3923">
        <w:rPr>
          <w:b/>
          <w:color w:val="1F4E79"/>
          <w:sz w:val="44"/>
          <w:vertAlign w:val="superscript"/>
        </w:rPr>
        <w:t>®</w:t>
      </w:r>
      <w:r>
        <w:rPr>
          <w:b/>
          <w:color w:val="1F4E79"/>
          <w:sz w:val="44"/>
        </w:rPr>
        <w:t xml:space="preserve"> MAX 8 v 1</w:t>
      </w:r>
    </w:p>
    <w:p w14:paraId="03123FA9" w14:textId="77777777" w:rsidR="001B454A" w:rsidRDefault="00561349">
      <w:pPr>
        <w:spacing w:after="0" w:line="252" w:lineRule="auto"/>
        <w:jc w:val="center"/>
      </w:pPr>
      <w:r>
        <w:rPr>
          <w:b/>
        </w:rPr>
        <w:t>SIRUP PROTI KAŠLJU</w:t>
      </w:r>
    </w:p>
    <w:p w14:paraId="6E20EE4A" w14:textId="77777777" w:rsidR="001B454A" w:rsidRDefault="00561349">
      <w:pPr>
        <w:spacing w:after="0" w:line="252" w:lineRule="auto"/>
        <w:jc w:val="center"/>
      </w:pPr>
      <w:r>
        <w:t>medicinski pripomoček</w:t>
      </w:r>
    </w:p>
    <w:p w14:paraId="00627A0F" w14:textId="77777777" w:rsidR="001B454A" w:rsidRDefault="00561349">
      <w:pPr>
        <w:spacing w:after="60" w:line="252" w:lineRule="auto"/>
        <w:jc w:val="center"/>
      </w:pPr>
      <w:r>
        <w:t>Sestavine naravnega izvora: korenina sleza, islandski lišaj in hialuronska kislina</w:t>
      </w:r>
    </w:p>
    <w:p w14:paraId="5CF14E84" w14:textId="77777777" w:rsidR="001B454A" w:rsidRDefault="00561349">
      <w:pPr>
        <w:spacing w:line="252" w:lineRule="auto"/>
        <w:jc w:val="center"/>
      </w:pPr>
      <w:r>
        <w:rPr>
          <w:b/>
        </w:rPr>
        <w:t>Pred uporabo tega sirupa proti kašlju natančno preberite celotno navodilo.</w:t>
      </w:r>
    </w:p>
    <w:p w14:paraId="305DF938" w14:textId="77777777" w:rsidR="001B454A" w:rsidRDefault="00561349">
      <w:pPr>
        <w:pStyle w:val="Naslov1"/>
        <w:spacing w:after="120" w:line="252" w:lineRule="auto"/>
      </w:pPr>
      <w:r>
        <w:rPr>
          <w:rFonts w:ascii="Arial" w:hAnsi="Arial"/>
        </w:rPr>
        <w:t>Kaj vsebuje navodilo</w:t>
      </w:r>
    </w:p>
    <w:p w14:paraId="202EA459" w14:textId="77777777" w:rsidR="001B454A" w:rsidRDefault="00561349">
      <w:pPr>
        <w:spacing w:after="20" w:line="252" w:lineRule="auto"/>
      </w:pPr>
      <w:r>
        <w:t>1. Kaj je Bronchomed MAX 8 v 1 sirup in za kaj ga uporabljamo?</w:t>
      </w:r>
    </w:p>
    <w:p w14:paraId="3863BD5A" w14:textId="77777777" w:rsidR="001B454A" w:rsidRDefault="00561349">
      <w:pPr>
        <w:spacing w:after="20" w:line="252" w:lineRule="auto"/>
      </w:pPr>
      <w:r>
        <w:t>2. Kaj vsebuje Bronchomed MAX 8 v 1 sirup?</w:t>
      </w:r>
    </w:p>
    <w:p w14:paraId="6564096C" w14:textId="77777777" w:rsidR="001B454A" w:rsidRDefault="00561349">
      <w:pPr>
        <w:spacing w:after="20" w:line="252" w:lineRule="auto"/>
      </w:pPr>
      <w:r>
        <w:t>3. Kaj morate vedeti, preden boste vzeli Bronchomed MAX 8 v 1 sirup?</w:t>
      </w:r>
    </w:p>
    <w:p w14:paraId="49CA6B5F" w14:textId="77777777" w:rsidR="001B454A" w:rsidRDefault="00561349">
      <w:pPr>
        <w:spacing w:after="20" w:line="252" w:lineRule="auto"/>
      </w:pPr>
      <w:r>
        <w:t>4. Kako jemati Bronchomed MAX 8 v 1 sirup?</w:t>
      </w:r>
    </w:p>
    <w:p w14:paraId="7585EE01" w14:textId="77777777" w:rsidR="001B454A" w:rsidRDefault="00561349">
      <w:pPr>
        <w:spacing w:after="20" w:line="252" w:lineRule="auto"/>
      </w:pPr>
      <w:r>
        <w:t>5. Shranjevanje izdelka Bronchomed MAX 8v1 sirup</w:t>
      </w:r>
    </w:p>
    <w:p w14:paraId="2E089C0B" w14:textId="77777777" w:rsidR="001B454A" w:rsidRDefault="00561349">
      <w:pPr>
        <w:spacing w:after="20" w:line="252" w:lineRule="auto"/>
      </w:pPr>
      <w:r>
        <w:t>6. Vsebina pakiranja in dodatne informacije</w:t>
      </w:r>
    </w:p>
    <w:p w14:paraId="1B571941" w14:textId="77777777" w:rsidR="001B454A" w:rsidRDefault="00561349">
      <w:pPr>
        <w:pStyle w:val="Naslov1"/>
        <w:spacing w:after="120" w:line="252" w:lineRule="auto"/>
      </w:pPr>
      <w:r>
        <w:rPr>
          <w:rFonts w:ascii="Arial" w:hAnsi="Arial"/>
          <w:b w:val="0"/>
        </w:rPr>
        <w:t>1. Kaj je Bronchomed MAX 8 v 1 sirup in za kaj ga uporabljamo?</w:t>
      </w:r>
    </w:p>
    <w:p w14:paraId="7770A27C" w14:textId="77777777" w:rsidR="001B454A" w:rsidRDefault="00561349">
      <w:pPr>
        <w:spacing w:after="60" w:line="252" w:lineRule="auto"/>
      </w:pPr>
      <w:r>
        <w:rPr>
          <w:b/>
        </w:rPr>
        <w:t>Lajšanje katerega koli kašlja, povezanega s prehladom:</w:t>
      </w:r>
    </w:p>
    <w:p w14:paraId="37166104" w14:textId="77777777" w:rsidR="001B454A" w:rsidRDefault="00561349">
      <w:pPr>
        <w:spacing w:after="120" w:line="252" w:lineRule="auto"/>
      </w:pPr>
      <w:r>
        <w:t>Bronchomed MAX 8 v 1 sirup je medicinski pripomoček namenjen lajšanju kašlja (suhega in mokrega), povezanega s prehladom, ter bolečega grla zaradi prehlada, s tem povezane hripavosti, potrebe po odkašljevanju in žgečkanja v grlu, suhosti ust in grla ter težav pri požiranju.</w:t>
      </w:r>
    </w:p>
    <w:p w14:paraId="70949491" w14:textId="77777777" w:rsidR="001B454A" w:rsidRDefault="00561349">
      <w:pPr>
        <w:spacing w:after="60" w:line="252" w:lineRule="auto"/>
      </w:pPr>
      <w:r>
        <w:rPr>
          <w:b/>
        </w:rPr>
        <w:t>8 v 1:</w:t>
      </w:r>
    </w:p>
    <w:p w14:paraId="0F146EC6" w14:textId="77777777" w:rsidR="001B454A" w:rsidRDefault="00561349">
      <w:pPr>
        <w:spacing w:after="60" w:line="252" w:lineRule="auto"/>
      </w:pPr>
      <w:r>
        <w:t>En izdelek za lajšanje osmih simptomov, povezanih s prehladom:</w:t>
      </w:r>
    </w:p>
    <w:p w14:paraId="1DEA4B38" w14:textId="77777777" w:rsidR="001B454A" w:rsidRDefault="00561349">
      <w:pPr>
        <w:pStyle w:val="Oznaenseznam"/>
        <w:spacing w:after="30" w:line="252" w:lineRule="auto"/>
      </w:pPr>
      <w:r>
        <w:t>Suh kašelj</w:t>
      </w:r>
    </w:p>
    <w:p w14:paraId="40545A0B" w14:textId="77777777" w:rsidR="001B454A" w:rsidRDefault="00561349">
      <w:pPr>
        <w:pStyle w:val="Oznaenseznam"/>
        <w:spacing w:after="30" w:line="252" w:lineRule="auto"/>
      </w:pPr>
      <w:r>
        <w:t>Moker kašelj</w:t>
      </w:r>
    </w:p>
    <w:p w14:paraId="7F0F2265" w14:textId="77777777" w:rsidR="001B454A" w:rsidRDefault="00561349">
      <w:pPr>
        <w:pStyle w:val="Oznaenseznam"/>
        <w:spacing w:after="30" w:line="252" w:lineRule="auto"/>
      </w:pPr>
      <w:r>
        <w:t>Boleče grlo</w:t>
      </w:r>
    </w:p>
    <w:p w14:paraId="02A78B0F" w14:textId="77777777" w:rsidR="001B454A" w:rsidRDefault="00561349">
      <w:pPr>
        <w:pStyle w:val="Oznaenseznam"/>
        <w:spacing w:after="30" w:line="252" w:lineRule="auto"/>
      </w:pPr>
      <w:r>
        <w:t>Potreba po odkašljevanju</w:t>
      </w:r>
    </w:p>
    <w:p w14:paraId="708E766B" w14:textId="77777777" w:rsidR="001B454A" w:rsidRDefault="00561349">
      <w:pPr>
        <w:pStyle w:val="Oznaenseznam"/>
        <w:spacing w:after="30" w:line="252" w:lineRule="auto"/>
      </w:pPr>
      <w:r>
        <w:t>Žgečkanje v grlu</w:t>
      </w:r>
    </w:p>
    <w:p w14:paraId="2461DB04" w14:textId="77777777" w:rsidR="001B454A" w:rsidRDefault="00561349">
      <w:pPr>
        <w:pStyle w:val="Oznaenseznam"/>
        <w:spacing w:after="30" w:line="252" w:lineRule="auto"/>
      </w:pPr>
      <w:r>
        <w:t>Hripavost</w:t>
      </w:r>
    </w:p>
    <w:p w14:paraId="591BE179" w14:textId="77777777" w:rsidR="001B454A" w:rsidRDefault="00561349">
      <w:pPr>
        <w:pStyle w:val="Oznaenseznam"/>
        <w:spacing w:after="30" w:line="252" w:lineRule="auto"/>
      </w:pPr>
      <w:r>
        <w:t>Suhost ust in grla</w:t>
      </w:r>
    </w:p>
    <w:p w14:paraId="1DA5C191" w14:textId="77777777" w:rsidR="001B454A" w:rsidRDefault="00561349">
      <w:pPr>
        <w:pStyle w:val="Oznaenseznam"/>
        <w:spacing w:after="30" w:line="252" w:lineRule="auto"/>
      </w:pPr>
      <w:proofErr w:type="spellStart"/>
      <w:r>
        <w:t>Težave</w:t>
      </w:r>
      <w:proofErr w:type="spellEnd"/>
      <w:r>
        <w:t xml:space="preserve"> </w:t>
      </w:r>
      <w:proofErr w:type="spellStart"/>
      <w:r>
        <w:t>pri</w:t>
      </w:r>
      <w:proofErr w:type="spellEnd"/>
      <w:r>
        <w:t xml:space="preserve"> </w:t>
      </w:r>
      <w:proofErr w:type="spellStart"/>
      <w:r>
        <w:t>požiranju</w:t>
      </w:r>
      <w:proofErr w:type="spellEnd"/>
    </w:p>
    <w:p w14:paraId="6B704422" w14:textId="77777777" w:rsidR="005F61D9" w:rsidRDefault="005F61D9" w:rsidP="005F61D9">
      <w:pPr>
        <w:pStyle w:val="Oznaenseznam"/>
        <w:numPr>
          <w:ilvl w:val="0"/>
          <w:numId w:val="0"/>
        </w:numPr>
        <w:spacing w:after="30" w:line="252" w:lineRule="auto"/>
        <w:ind w:left="360"/>
      </w:pPr>
    </w:p>
    <w:p w14:paraId="7AFF8CA6" w14:textId="77777777" w:rsidR="001B454A" w:rsidRDefault="00561349">
      <w:pPr>
        <w:spacing w:after="120" w:line="252" w:lineRule="auto"/>
      </w:pPr>
      <w:r>
        <w:t>Izvlečki islandskega lišaja (Cetraria islandica) in korenine sleza (Althea officinalis), ki jih vsebuje Bronchomed MAX 8 v 1 sirup, delujejo kot pomirjujoč balzam, ki prekrije prizadeto sluznico grla. Vsebovane sluzi tvorijo fizični zaščitni sloj, ki preprečuje vdor tujkov in ščiti sluznico. To hitro ublaži draženje grla in sluznica si lahko opomore. Hialuronska kislina in ksantan gumi prispevata k vlaženju ust in grla ter tako podpirata pomirjujoče lastnosti islandskega lišaja (Cetraria islandica) in koren</w:t>
      </w:r>
      <w:r>
        <w:t>ine sleza (Althea officinalis). Kombinacija sestavin podpira tudi dolgotrajnejši učinek lajšanja kašlja. Poleg tega Bronchomed MAX 8 v 1 sirup pomaga zaščititi ustno in žrelno sluznico pred suhostjo.</w:t>
      </w:r>
    </w:p>
    <w:p w14:paraId="38C3A641" w14:textId="77777777" w:rsidR="001B454A" w:rsidRDefault="00561349">
      <w:pPr>
        <w:spacing w:after="120" w:line="252" w:lineRule="auto"/>
      </w:pPr>
      <w:r>
        <w:t>Bronchomed MAX 8 v 1 je sirup, ki vsebuje predvsem naravne sestavine in ga zato zelo dobro prenašajo. Bronchomed MAX 8 v 1 sirup ne vsebuje sladkorja in je zato prijazen do zob. Poleg tega ne vsebuje alkohola, laktoze, glutena, gensko spremenjenih organizmov in umetnih barvil.</w:t>
      </w:r>
    </w:p>
    <w:p w14:paraId="1628DD2B" w14:textId="77777777" w:rsidR="005F61D9" w:rsidRDefault="005F61D9">
      <w:pPr>
        <w:pStyle w:val="Naslov2"/>
        <w:spacing w:after="120" w:line="252" w:lineRule="auto"/>
        <w:rPr>
          <w:rFonts w:ascii="Arial" w:hAnsi="Arial"/>
        </w:rPr>
      </w:pPr>
    </w:p>
    <w:p w14:paraId="59FB00E1" w14:textId="77777777" w:rsidR="001B454A" w:rsidRDefault="00561349">
      <w:pPr>
        <w:pStyle w:val="Naslov1"/>
        <w:spacing w:after="120" w:line="252" w:lineRule="auto"/>
      </w:pPr>
      <w:r>
        <w:rPr>
          <w:rFonts w:ascii="Arial" w:hAnsi="Arial"/>
          <w:b w:val="0"/>
        </w:rPr>
        <w:t>2. Kaj vsebuje Bronchomed MAX 8 v 1 sirup?</w:t>
      </w:r>
    </w:p>
    <w:p w14:paraId="0D5DA8E2" w14:textId="77777777" w:rsidR="001B454A" w:rsidRDefault="00561349">
      <w:pPr>
        <w:spacing w:after="60" w:line="252" w:lineRule="auto"/>
      </w:pPr>
      <w:r>
        <w:rPr>
          <w:b/>
        </w:rPr>
        <w:t>15 ml vsebuje:</w:t>
      </w:r>
    </w:p>
    <w:tbl>
      <w:tblPr>
        <w:tblStyle w:val="Tabelamrea"/>
        <w:tblW w:w="0" w:type="auto"/>
        <w:jc w:val="center"/>
        <w:tblLook w:val="04A0" w:firstRow="1" w:lastRow="0" w:firstColumn="1" w:lastColumn="0" w:noHBand="0" w:noVBand="1"/>
      </w:tblPr>
      <w:tblGrid>
        <w:gridCol w:w="5107"/>
        <w:gridCol w:w="5107"/>
      </w:tblGrid>
      <w:tr w:rsidR="001B454A" w14:paraId="216E228E" w14:textId="77777777">
        <w:trPr>
          <w:jc w:val="center"/>
        </w:trPr>
        <w:tc>
          <w:tcPr>
            <w:tcW w:w="5112" w:type="dxa"/>
            <w:shd w:val="clear" w:color="auto" w:fill="D9EAF7"/>
            <w:tcMar>
              <w:top w:w="80" w:type="dxa"/>
              <w:left w:w="80" w:type="dxa"/>
              <w:bottom w:w="80" w:type="dxa"/>
              <w:right w:w="80" w:type="dxa"/>
            </w:tcMar>
            <w:vAlign w:val="center"/>
          </w:tcPr>
          <w:p w14:paraId="5D24A437" w14:textId="77777777" w:rsidR="001B454A" w:rsidRDefault="00561349">
            <w:r>
              <w:rPr>
                <w:b/>
                <w:sz w:val="19"/>
              </w:rPr>
              <w:t>Količina</w:t>
            </w:r>
          </w:p>
        </w:tc>
        <w:tc>
          <w:tcPr>
            <w:tcW w:w="5112" w:type="dxa"/>
            <w:shd w:val="clear" w:color="auto" w:fill="D9EAF7"/>
            <w:tcMar>
              <w:top w:w="80" w:type="dxa"/>
              <w:left w:w="80" w:type="dxa"/>
              <w:bottom w:w="80" w:type="dxa"/>
              <w:right w:w="80" w:type="dxa"/>
            </w:tcMar>
            <w:vAlign w:val="center"/>
          </w:tcPr>
          <w:p w14:paraId="61BCC212" w14:textId="77777777" w:rsidR="001B454A" w:rsidRDefault="00561349">
            <w:r>
              <w:rPr>
                <w:b/>
                <w:sz w:val="19"/>
              </w:rPr>
              <w:t>Sestavina</w:t>
            </w:r>
          </w:p>
        </w:tc>
      </w:tr>
      <w:tr w:rsidR="001B454A" w14:paraId="1857EFBD" w14:textId="77777777">
        <w:trPr>
          <w:jc w:val="center"/>
        </w:trPr>
        <w:tc>
          <w:tcPr>
            <w:tcW w:w="5112" w:type="dxa"/>
            <w:tcMar>
              <w:top w:w="80" w:type="dxa"/>
              <w:left w:w="80" w:type="dxa"/>
              <w:bottom w:w="80" w:type="dxa"/>
              <w:right w:w="80" w:type="dxa"/>
            </w:tcMar>
            <w:vAlign w:val="center"/>
          </w:tcPr>
          <w:p w14:paraId="19305849" w14:textId="77777777" w:rsidR="001B454A" w:rsidRDefault="00561349">
            <w:r>
              <w:rPr>
                <w:sz w:val="19"/>
              </w:rPr>
              <w:t>168,00 mg</w:t>
            </w:r>
          </w:p>
        </w:tc>
        <w:tc>
          <w:tcPr>
            <w:tcW w:w="5112" w:type="dxa"/>
            <w:tcMar>
              <w:top w:w="80" w:type="dxa"/>
              <w:left w:w="80" w:type="dxa"/>
              <w:bottom w:w="80" w:type="dxa"/>
              <w:right w:w="80" w:type="dxa"/>
            </w:tcMar>
            <w:vAlign w:val="center"/>
          </w:tcPr>
          <w:p w14:paraId="6EB7B2EC" w14:textId="77777777" w:rsidR="001B454A" w:rsidRDefault="00561349">
            <w:r>
              <w:rPr>
                <w:sz w:val="19"/>
              </w:rPr>
              <w:t>izvlečka korenine sleza</w:t>
            </w:r>
          </w:p>
        </w:tc>
      </w:tr>
      <w:tr w:rsidR="001B454A" w14:paraId="379FB1CC" w14:textId="77777777">
        <w:trPr>
          <w:jc w:val="center"/>
        </w:trPr>
        <w:tc>
          <w:tcPr>
            <w:tcW w:w="5112" w:type="dxa"/>
            <w:tcMar>
              <w:top w:w="80" w:type="dxa"/>
              <w:left w:w="80" w:type="dxa"/>
              <w:bottom w:w="80" w:type="dxa"/>
              <w:right w:w="80" w:type="dxa"/>
            </w:tcMar>
            <w:vAlign w:val="center"/>
          </w:tcPr>
          <w:p w14:paraId="0094DDA3" w14:textId="77777777" w:rsidR="001B454A" w:rsidRDefault="00561349">
            <w:r>
              <w:rPr>
                <w:sz w:val="19"/>
              </w:rPr>
              <w:t>324,00 mg</w:t>
            </w:r>
          </w:p>
        </w:tc>
        <w:tc>
          <w:tcPr>
            <w:tcW w:w="5112" w:type="dxa"/>
            <w:tcMar>
              <w:top w:w="80" w:type="dxa"/>
              <w:left w:w="80" w:type="dxa"/>
              <w:bottom w:w="80" w:type="dxa"/>
              <w:right w:w="80" w:type="dxa"/>
            </w:tcMar>
            <w:vAlign w:val="center"/>
          </w:tcPr>
          <w:p w14:paraId="6A075DA0" w14:textId="77777777" w:rsidR="001B454A" w:rsidRDefault="00561349">
            <w:r>
              <w:rPr>
                <w:sz w:val="19"/>
              </w:rPr>
              <w:t>suhega izvlečka islandske cetrarije</w:t>
            </w:r>
          </w:p>
        </w:tc>
      </w:tr>
      <w:tr w:rsidR="001B454A" w14:paraId="0F75A611" w14:textId="77777777">
        <w:trPr>
          <w:jc w:val="center"/>
        </w:trPr>
        <w:tc>
          <w:tcPr>
            <w:tcW w:w="5112" w:type="dxa"/>
            <w:tcMar>
              <w:top w:w="80" w:type="dxa"/>
              <w:left w:w="80" w:type="dxa"/>
              <w:bottom w:w="80" w:type="dxa"/>
              <w:right w:w="80" w:type="dxa"/>
            </w:tcMar>
            <w:vAlign w:val="center"/>
          </w:tcPr>
          <w:p w14:paraId="0474A8EB" w14:textId="77777777" w:rsidR="001B454A" w:rsidRDefault="00561349">
            <w:r>
              <w:rPr>
                <w:sz w:val="19"/>
              </w:rPr>
              <w:t>25,80 mg</w:t>
            </w:r>
          </w:p>
        </w:tc>
        <w:tc>
          <w:tcPr>
            <w:tcW w:w="5112" w:type="dxa"/>
            <w:tcMar>
              <w:top w:w="80" w:type="dxa"/>
              <w:left w:w="80" w:type="dxa"/>
              <w:bottom w:w="80" w:type="dxa"/>
              <w:right w:w="80" w:type="dxa"/>
            </w:tcMar>
            <w:vAlign w:val="center"/>
          </w:tcPr>
          <w:p w14:paraId="0A80EFA1" w14:textId="77777777" w:rsidR="001B454A" w:rsidRDefault="00561349">
            <w:r>
              <w:rPr>
                <w:sz w:val="19"/>
              </w:rPr>
              <w:t>natrijevega hialuronata</w:t>
            </w:r>
          </w:p>
        </w:tc>
      </w:tr>
      <w:tr w:rsidR="001B454A" w14:paraId="17EBB3FE" w14:textId="77777777">
        <w:trPr>
          <w:jc w:val="center"/>
        </w:trPr>
        <w:tc>
          <w:tcPr>
            <w:tcW w:w="5112" w:type="dxa"/>
            <w:tcMar>
              <w:top w:w="80" w:type="dxa"/>
              <w:left w:w="80" w:type="dxa"/>
              <w:bottom w:w="80" w:type="dxa"/>
              <w:right w:w="80" w:type="dxa"/>
            </w:tcMar>
            <w:vAlign w:val="center"/>
          </w:tcPr>
          <w:p w14:paraId="2F70A4F5" w14:textId="77777777" w:rsidR="001B454A" w:rsidRDefault="00561349">
            <w:r>
              <w:rPr>
                <w:sz w:val="19"/>
              </w:rPr>
              <w:t>60,00 mg</w:t>
            </w:r>
          </w:p>
        </w:tc>
        <w:tc>
          <w:tcPr>
            <w:tcW w:w="5112" w:type="dxa"/>
            <w:tcMar>
              <w:top w:w="80" w:type="dxa"/>
              <w:left w:w="80" w:type="dxa"/>
              <w:bottom w:w="80" w:type="dxa"/>
              <w:right w:w="80" w:type="dxa"/>
            </w:tcMar>
            <w:vAlign w:val="center"/>
          </w:tcPr>
          <w:p w14:paraId="0F75091F" w14:textId="77777777" w:rsidR="001B454A" w:rsidRDefault="00561349">
            <w:r>
              <w:rPr>
                <w:sz w:val="19"/>
              </w:rPr>
              <w:t>ksantan gumija</w:t>
            </w:r>
          </w:p>
        </w:tc>
      </w:tr>
    </w:tbl>
    <w:p w14:paraId="4864E6EC" w14:textId="77777777" w:rsidR="001B454A" w:rsidRDefault="00561349">
      <w:pPr>
        <w:spacing w:after="120" w:line="252" w:lineRule="auto"/>
      </w:pPr>
      <w:r>
        <w:t>Druge sestavine: metil‐p‐hidroksibenzoat, propil‐p‐hidroksibenzoat, ksilitol, brezvodni glicerol, citronska kislina monohidrat, aroma limone in limete (vsebuje limonen), natrijev saharin, evkaliptusovo olje (vsebuje cineol), prečiščena voda</w:t>
      </w:r>
    </w:p>
    <w:p w14:paraId="61FBC8CB" w14:textId="77777777" w:rsidR="001B454A" w:rsidRDefault="00561349">
      <w:pPr>
        <w:pStyle w:val="Naslov1"/>
        <w:spacing w:after="120" w:line="252" w:lineRule="auto"/>
      </w:pPr>
      <w:r>
        <w:rPr>
          <w:rFonts w:ascii="Arial" w:hAnsi="Arial"/>
          <w:b w:val="0"/>
        </w:rPr>
        <w:t>3. Kaj morate vedeti, preden boste vzeli Bronchomed MAX 8 v 1 sirup?</w:t>
      </w:r>
    </w:p>
    <w:p w14:paraId="13530484" w14:textId="77777777" w:rsidR="001B454A" w:rsidRDefault="00561349">
      <w:pPr>
        <w:spacing w:after="60" w:line="252" w:lineRule="auto"/>
      </w:pPr>
      <w:r>
        <w:rPr>
          <w:b/>
        </w:rPr>
        <w:t>Ne jemljite Bronchomed MAX 8 v 1 sirupa</w:t>
      </w:r>
    </w:p>
    <w:p w14:paraId="72E0FD96" w14:textId="77777777" w:rsidR="001B454A" w:rsidRDefault="00561349">
      <w:pPr>
        <w:spacing w:after="120" w:line="252" w:lineRule="auto"/>
      </w:pPr>
      <w:r>
        <w:t>Če ste preobčutljivi ali alergični na islandski lišaj ali korenino sleza ali katero koli drugo sestavino tega medicinskega pripomočka, navedeno v poglavju 2.</w:t>
      </w:r>
    </w:p>
    <w:p w14:paraId="3C6D6831" w14:textId="77777777" w:rsidR="001B454A" w:rsidRDefault="00561349">
      <w:pPr>
        <w:spacing w:after="120" w:line="252" w:lineRule="auto"/>
      </w:pPr>
      <w:r>
        <w:t>Bronchomed MAX 8 v 1 sirup vsebuje konzervansa metil‐4‐hidroksibenzoat in propil‐4‐hidroksibenzoat in evkaliptusovo olje. Te sestavine lahko povzročijo alergijske reakcije (lahko zapoznele).</w:t>
      </w:r>
    </w:p>
    <w:p w14:paraId="4C42EDA7" w14:textId="77777777" w:rsidR="001B454A" w:rsidRDefault="00561349">
      <w:pPr>
        <w:spacing w:after="120" w:line="252" w:lineRule="auto"/>
      </w:pPr>
      <w:r>
        <w:t>Ta medicinski pripomoček vsebuje manj kot 1 mmol natrija (23 mg) na 15 ml, kar v bistvu pomeni „brez natrija“.</w:t>
      </w:r>
    </w:p>
    <w:p w14:paraId="3EA3EEF1" w14:textId="77777777" w:rsidR="001B454A" w:rsidRDefault="00561349">
      <w:pPr>
        <w:spacing w:after="60" w:line="252" w:lineRule="auto"/>
      </w:pPr>
      <w:r>
        <w:rPr>
          <w:b/>
        </w:rPr>
        <w:t>Medsebojno delovanje z drugimi medicinskimi pripomočki in druge oblike interakcij</w:t>
      </w:r>
    </w:p>
    <w:p w14:paraId="32127422" w14:textId="77777777" w:rsidR="001B454A" w:rsidRDefault="00561349">
      <w:pPr>
        <w:spacing w:after="60" w:line="252" w:lineRule="auto"/>
      </w:pPr>
      <w:r>
        <w:rPr>
          <w:b/>
        </w:rPr>
        <w:t>Sočasna uporaba Bronchomed MAX 8 v 1 sirupa z drugimi zdravili:</w:t>
      </w:r>
    </w:p>
    <w:p w14:paraId="08FE1B5D" w14:textId="77777777" w:rsidR="001B454A" w:rsidRDefault="00561349">
      <w:pPr>
        <w:spacing w:after="120" w:line="252" w:lineRule="auto"/>
      </w:pPr>
      <w:r>
        <w:t>Če jemljete druga zdravila, jih je priporočljivo vzeti ½ ure do 1 uro pred ali po zaužitju sirupa Bronchomed MAX 8 v 1.</w:t>
      </w:r>
    </w:p>
    <w:p w14:paraId="176C7E8D" w14:textId="77777777" w:rsidR="001B454A" w:rsidRDefault="00561349">
      <w:pPr>
        <w:spacing w:after="60" w:line="252" w:lineRule="auto"/>
      </w:pPr>
      <w:r>
        <w:rPr>
          <w:b/>
        </w:rPr>
        <w:t>Uporaba med nosečnostjo in dojenjem:</w:t>
      </w:r>
    </w:p>
    <w:p w14:paraId="383FB0CE" w14:textId="77777777" w:rsidR="001B454A" w:rsidRDefault="00561349">
      <w:pPr>
        <w:spacing w:after="120" w:line="252" w:lineRule="auto"/>
      </w:pPr>
      <w:r>
        <w:t>Uporaba Bronchomed MAX 8 v 1 sirupa med nosečnostjo in dojenjem ni priporočljiva.</w:t>
      </w:r>
    </w:p>
    <w:p w14:paraId="7E6E908B" w14:textId="77777777" w:rsidR="001B454A" w:rsidRDefault="00561349">
      <w:pPr>
        <w:spacing w:after="60" w:line="252" w:lineRule="auto"/>
      </w:pPr>
      <w:r>
        <w:rPr>
          <w:b/>
        </w:rPr>
        <w:t>Posvetujte se z zdravnikom, če:</w:t>
      </w:r>
    </w:p>
    <w:p w14:paraId="72AC3029" w14:textId="77777777" w:rsidR="001B454A" w:rsidRDefault="00561349">
      <w:pPr>
        <w:pStyle w:val="Oznaenseznam"/>
        <w:spacing w:after="30" w:line="252" w:lineRule="auto"/>
      </w:pPr>
      <w:r>
        <w:t>simptomi vztrajajo ali se poslabšajo po 5 dneh.</w:t>
      </w:r>
    </w:p>
    <w:p w14:paraId="52C084E9" w14:textId="77777777" w:rsidR="001B454A" w:rsidRDefault="00561349">
      <w:pPr>
        <w:pStyle w:val="Oznaenseznam"/>
        <w:spacing w:after="30" w:line="252" w:lineRule="auto"/>
      </w:pPr>
      <w:r>
        <w:t>se med uporabo Bronchomed MAX 8 v 1 sirupa pojavita vročina ali gnojni izloček.</w:t>
      </w:r>
    </w:p>
    <w:p w14:paraId="3EB7CDC3" w14:textId="77777777" w:rsidR="001B454A" w:rsidRDefault="00561349">
      <w:pPr>
        <w:spacing w:after="60" w:line="252" w:lineRule="auto"/>
      </w:pPr>
      <w:r>
        <w:rPr>
          <w:b/>
        </w:rPr>
        <w:t>Uporaba pri bolnikih s sladkorno boleznijo</w:t>
      </w:r>
    </w:p>
    <w:p w14:paraId="2C5D99FE" w14:textId="77777777" w:rsidR="001B454A" w:rsidRDefault="00561349">
      <w:pPr>
        <w:spacing w:after="120" w:line="252" w:lineRule="auto"/>
      </w:pPr>
      <w:r>
        <w:t>15 ml Bronchomed MAX 8 v 1 sirupa vsebuje 0,10 OH-enot (ogljikohidratnih enot).</w:t>
      </w:r>
    </w:p>
    <w:p w14:paraId="1DE96B2F" w14:textId="77777777" w:rsidR="001B454A" w:rsidRDefault="00561349">
      <w:pPr>
        <w:spacing w:after="60" w:line="252" w:lineRule="auto"/>
      </w:pPr>
      <w:r>
        <w:rPr>
          <w:b/>
        </w:rPr>
        <w:t>Neželeni učinki</w:t>
      </w:r>
    </w:p>
    <w:p w14:paraId="1EC1AF9C" w14:textId="77777777" w:rsidR="001B454A" w:rsidRDefault="00561349">
      <w:pPr>
        <w:spacing w:after="120" w:line="252" w:lineRule="auto"/>
      </w:pPr>
      <w:r>
        <w:t xml:space="preserve">Bronchomed MAX 8 v 1 sirup vsebuje konzervansa metil 4‐hidroksibenzoat in propil 4‐hidroksibenzoat, ki lahko povzročita (zapoznele) alergijske reakcije. Bronchomed MAX 8 v 1 sirup lahko povzroči prebavne </w:t>
      </w:r>
      <w:proofErr w:type="spellStart"/>
      <w:r>
        <w:t>motnje</w:t>
      </w:r>
      <w:proofErr w:type="spellEnd"/>
      <w:r>
        <w:t xml:space="preserve"> in </w:t>
      </w:r>
      <w:proofErr w:type="spellStart"/>
      <w:r>
        <w:t>preobčutljivostne</w:t>
      </w:r>
      <w:proofErr w:type="spellEnd"/>
      <w:r>
        <w:t xml:space="preserve"> </w:t>
      </w:r>
      <w:proofErr w:type="spellStart"/>
      <w:r>
        <w:t>reakcije</w:t>
      </w:r>
      <w:proofErr w:type="spellEnd"/>
      <w:r>
        <w:t>.</w:t>
      </w:r>
    </w:p>
    <w:p w14:paraId="6DB88ABA" w14:textId="77777777" w:rsidR="00C30514" w:rsidRDefault="00C30514">
      <w:pPr>
        <w:spacing w:after="120" w:line="252" w:lineRule="auto"/>
      </w:pPr>
    </w:p>
    <w:p w14:paraId="63821F12" w14:textId="77777777" w:rsidR="00C30514" w:rsidRDefault="00C30514">
      <w:pPr>
        <w:spacing w:after="120" w:line="252" w:lineRule="auto"/>
      </w:pPr>
    </w:p>
    <w:p w14:paraId="077ABCBB" w14:textId="77777777" w:rsidR="001B454A" w:rsidRDefault="00561349">
      <w:pPr>
        <w:pStyle w:val="Naslov1"/>
        <w:spacing w:after="120" w:line="252" w:lineRule="auto"/>
      </w:pPr>
      <w:r>
        <w:rPr>
          <w:rFonts w:ascii="Arial" w:hAnsi="Arial"/>
          <w:b w:val="0"/>
        </w:rPr>
        <w:lastRenderedPageBreak/>
        <w:t>4. Kako jemati sirup Bronchomed MAX 8 v 1 sirup?</w:t>
      </w:r>
    </w:p>
    <w:p w14:paraId="0AA7093C" w14:textId="77777777" w:rsidR="001B454A" w:rsidRDefault="00561349">
      <w:pPr>
        <w:spacing w:after="60" w:line="252" w:lineRule="auto"/>
      </w:pPr>
      <w:r>
        <w:rPr>
          <w:b/>
        </w:rPr>
        <w:t>Priporočeni odmerek je:</w:t>
      </w:r>
    </w:p>
    <w:tbl>
      <w:tblPr>
        <w:tblStyle w:val="Tabelamrea"/>
        <w:tblW w:w="0" w:type="auto"/>
        <w:jc w:val="center"/>
        <w:tblLook w:val="04A0" w:firstRow="1" w:lastRow="0" w:firstColumn="1" w:lastColumn="0" w:noHBand="0" w:noVBand="1"/>
      </w:tblPr>
      <w:tblGrid>
        <w:gridCol w:w="5107"/>
        <w:gridCol w:w="5107"/>
      </w:tblGrid>
      <w:tr w:rsidR="001B454A" w14:paraId="116958FF" w14:textId="77777777">
        <w:trPr>
          <w:jc w:val="center"/>
        </w:trPr>
        <w:tc>
          <w:tcPr>
            <w:tcW w:w="5112" w:type="dxa"/>
            <w:shd w:val="clear" w:color="auto" w:fill="D9EAF7"/>
            <w:tcMar>
              <w:top w:w="80" w:type="dxa"/>
              <w:left w:w="80" w:type="dxa"/>
              <w:bottom w:w="80" w:type="dxa"/>
              <w:right w:w="80" w:type="dxa"/>
            </w:tcMar>
            <w:vAlign w:val="center"/>
          </w:tcPr>
          <w:p w14:paraId="4519F839" w14:textId="77777777" w:rsidR="001B454A" w:rsidRDefault="00561349">
            <w:r>
              <w:rPr>
                <w:b/>
                <w:sz w:val="19"/>
              </w:rPr>
              <w:t>Starostna skupina</w:t>
            </w:r>
          </w:p>
        </w:tc>
        <w:tc>
          <w:tcPr>
            <w:tcW w:w="5112" w:type="dxa"/>
            <w:shd w:val="clear" w:color="auto" w:fill="D9EAF7"/>
            <w:tcMar>
              <w:top w:w="80" w:type="dxa"/>
              <w:left w:w="80" w:type="dxa"/>
              <w:bottom w:w="80" w:type="dxa"/>
              <w:right w:w="80" w:type="dxa"/>
            </w:tcMar>
            <w:vAlign w:val="center"/>
          </w:tcPr>
          <w:p w14:paraId="105469BE" w14:textId="77777777" w:rsidR="001B454A" w:rsidRDefault="00561349">
            <w:r>
              <w:rPr>
                <w:b/>
                <w:sz w:val="19"/>
              </w:rPr>
              <w:t>Odmerek</w:t>
            </w:r>
          </w:p>
        </w:tc>
      </w:tr>
      <w:tr w:rsidR="001B454A" w14:paraId="6B372760" w14:textId="77777777">
        <w:trPr>
          <w:jc w:val="center"/>
        </w:trPr>
        <w:tc>
          <w:tcPr>
            <w:tcW w:w="5112" w:type="dxa"/>
            <w:tcMar>
              <w:top w:w="80" w:type="dxa"/>
              <w:left w:w="80" w:type="dxa"/>
              <w:bottom w:w="80" w:type="dxa"/>
              <w:right w:w="80" w:type="dxa"/>
            </w:tcMar>
            <w:vAlign w:val="center"/>
          </w:tcPr>
          <w:p w14:paraId="1187E03E" w14:textId="77777777" w:rsidR="001B454A" w:rsidRDefault="00561349">
            <w:r>
              <w:rPr>
                <w:sz w:val="19"/>
              </w:rPr>
              <w:t>Mladostniki, starejši od 12 let, in odrasli</w:t>
            </w:r>
          </w:p>
        </w:tc>
        <w:tc>
          <w:tcPr>
            <w:tcW w:w="5112" w:type="dxa"/>
            <w:tcMar>
              <w:top w:w="80" w:type="dxa"/>
              <w:left w:w="80" w:type="dxa"/>
              <w:bottom w:w="80" w:type="dxa"/>
              <w:right w:w="80" w:type="dxa"/>
            </w:tcMar>
            <w:vAlign w:val="center"/>
          </w:tcPr>
          <w:p w14:paraId="24B26771" w14:textId="77777777" w:rsidR="001B454A" w:rsidRDefault="00561349">
            <w:r>
              <w:rPr>
                <w:sz w:val="19"/>
              </w:rPr>
              <w:t>15 ml 3‐krat na dan</w:t>
            </w:r>
          </w:p>
        </w:tc>
      </w:tr>
      <w:tr w:rsidR="001B454A" w14:paraId="5CF1ED0F" w14:textId="77777777">
        <w:trPr>
          <w:jc w:val="center"/>
        </w:trPr>
        <w:tc>
          <w:tcPr>
            <w:tcW w:w="5112" w:type="dxa"/>
            <w:tcMar>
              <w:top w:w="80" w:type="dxa"/>
              <w:left w:w="80" w:type="dxa"/>
              <w:bottom w:w="80" w:type="dxa"/>
              <w:right w:w="80" w:type="dxa"/>
            </w:tcMar>
            <w:vAlign w:val="center"/>
          </w:tcPr>
          <w:p w14:paraId="3DEE7919" w14:textId="77777777" w:rsidR="001B454A" w:rsidRDefault="00561349">
            <w:r>
              <w:rPr>
                <w:sz w:val="19"/>
              </w:rPr>
              <w:t>Otroci, stari od 6 do 11 let</w:t>
            </w:r>
          </w:p>
        </w:tc>
        <w:tc>
          <w:tcPr>
            <w:tcW w:w="5112" w:type="dxa"/>
            <w:tcMar>
              <w:top w:w="80" w:type="dxa"/>
              <w:left w:w="80" w:type="dxa"/>
              <w:bottom w:w="80" w:type="dxa"/>
              <w:right w:w="80" w:type="dxa"/>
            </w:tcMar>
            <w:vAlign w:val="center"/>
          </w:tcPr>
          <w:p w14:paraId="00A88B3A" w14:textId="77777777" w:rsidR="001B454A" w:rsidRDefault="00561349">
            <w:r>
              <w:rPr>
                <w:sz w:val="19"/>
              </w:rPr>
              <w:t>7,5 ml 3-krat na dan</w:t>
            </w:r>
          </w:p>
        </w:tc>
      </w:tr>
    </w:tbl>
    <w:p w14:paraId="4820531C" w14:textId="77777777" w:rsidR="001B454A" w:rsidRDefault="00561349">
      <w:pPr>
        <w:spacing w:after="120" w:line="252" w:lineRule="auto"/>
      </w:pPr>
      <w:r>
        <w:t>Za lažje odmerjanje je priložena merilna posodica. Če ste negotovi ali imate kakršna koli vprašanja, se posvetujte z zdravnikom ali farmacevtom.</w:t>
      </w:r>
    </w:p>
    <w:p w14:paraId="1B212560" w14:textId="77777777" w:rsidR="001B454A" w:rsidRDefault="00561349">
      <w:pPr>
        <w:pStyle w:val="Naslov1"/>
        <w:spacing w:after="120" w:line="252" w:lineRule="auto"/>
      </w:pPr>
      <w:r>
        <w:rPr>
          <w:rFonts w:ascii="Arial" w:hAnsi="Arial"/>
          <w:b w:val="0"/>
        </w:rPr>
        <w:t>5. Shranjevanje izdelka Bronchomed MAX 8 v 1 sirup?</w:t>
      </w:r>
    </w:p>
    <w:p w14:paraId="61A3A34C" w14:textId="77777777" w:rsidR="001B454A" w:rsidRDefault="00561349">
      <w:pPr>
        <w:spacing w:after="120" w:line="252" w:lineRule="auto"/>
      </w:pPr>
      <w:r>
        <w:t>Tega izdelka ne smete uporabljati po datumu izteka roka uporabnosti, navedenem na nalepki in škatli. Rok uporabnosti se nanaša na zadnji dan navedenega meseca.</w:t>
      </w:r>
    </w:p>
    <w:p w14:paraId="5DBC8921" w14:textId="77777777" w:rsidR="001B454A" w:rsidRDefault="00561349">
      <w:pPr>
        <w:pStyle w:val="Oznaenseznam"/>
        <w:spacing w:after="30" w:line="252" w:lineRule="auto"/>
      </w:pPr>
      <w:r>
        <w:t>Shranjujte pri temperaturi do 25 °C.</w:t>
      </w:r>
    </w:p>
    <w:p w14:paraId="24E58DC2" w14:textId="77777777" w:rsidR="001B454A" w:rsidRDefault="00561349">
      <w:pPr>
        <w:pStyle w:val="Oznaenseznam"/>
        <w:spacing w:after="30" w:line="252" w:lineRule="auto"/>
      </w:pPr>
      <w:r>
        <w:t>Po uporabi stekleničko dobro zaprite.</w:t>
      </w:r>
    </w:p>
    <w:p w14:paraId="157C0BFE" w14:textId="77777777" w:rsidR="001B454A" w:rsidRDefault="00561349">
      <w:pPr>
        <w:pStyle w:val="Oznaenseznam"/>
        <w:spacing w:after="30" w:line="252" w:lineRule="auto"/>
      </w:pPr>
      <w:r>
        <w:t>Vsebino porabite v 4 tednih po odprtju.</w:t>
      </w:r>
    </w:p>
    <w:p w14:paraId="52E4D1CF" w14:textId="77777777" w:rsidR="001B454A" w:rsidRDefault="00561349">
      <w:pPr>
        <w:pStyle w:val="Oznaenseznam"/>
        <w:spacing w:after="30" w:line="252" w:lineRule="auto"/>
      </w:pPr>
      <w:r>
        <w:t>Stekleničko shranjujte v originalni ovojnini, za zaščito vsebine pred svetlobo.</w:t>
      </w:r>
    </w:p>
    <w:p w14:paraId="2F51D76E" w14:textId="77777777" w:rsidR="001B454A" w:rsidRDefault="00561349">
      <w:pPr>
        <w:pStyle w:val="Oznaenseznam"/>
        <w:spacing w:after="30" w:line="252" w:lineRule="auto"/>
      </w:pPr>
      <w:r>
        <w:t>Ta medicinski pripomoček shranjujte nedosegljivo otrokom.</w:t>
      </w:r>
    </w:p>
    <w:p w14:paraId="71C259A5" w14:textId="77777777" w:rsidR="001B454A" w:rsidRDefault="00561349">
      <w:pPr>
        <w:spacing w:after="120" w:line="252" w:lineRule="auto"/>
      </w:pPr>
      <w:r>
        <w:t>O načinu odstranjevanja medicinskih pripomočkov, ki jih ne uporabljate več, se posvetujte s farmacevtom. Taki ukrepi pomagajo varovati okolje.</w:t>
      </w:r>
    </w:p>
    <w:p w14:paraId="47F6021B" w14:textId="77777777" w:rsidR="001B454A" w:rsidRDefault="00561349">
      <w:pPr>
        <w:pStyle w:val="Naslov1"/>
        <w:spacing w:after="120" w:line="252" w:lineRule="auto"/>
      </w:pPr>
      <w:r>
        <w:rPr>
          <w:rFonts w:ascii="Arial" w:hAnsi="Arial"/>
          <w:b w:val="0"/>
        </w:rPr>
        <w:t>6. Vsebina pakiranja in dodatne informacije</w:t>
      </w:r>
    </w:p>
    <w:p w14:paraId="43BBA6B1" w14:textId="77777777" w:rsidR="001B454A" w:rsidRDefault="00561349">
      <w:pPr>
        <w:spacing w:after="60" w:line="252" w:lineRule="auto"/>
      </w:pPr>
      <w:r>
        <w:rPr>
          <w:b/>
        </w:rPr>
        <w:t>Izgled izdelka Bronchomed MAX 8 v 1 sirup?</w:t>
      </w:r>
    </w:p>
    <w:p w14:paraId="10F6A8D3" w14:textId="77777777" w:rsidR="001B454A" w:rsidRDefault="00561349">
      <w:pPr>
        <w:spacing w:after="120" w:line="252" w:lineRule="auto"/>
      </w:pPr>
      <w:r>
        <w:t>Bronchomed MAX 8 v 1 sirup je tekočina, napolnjena v rjavih stekleničkah z originalno zaprto navojno zaporko. Na voljo so velikosti pakiranja: do 120 ml, 200 ml in 240 ml. Na trgu morda ni vseh navedenih pakiranj.</w:t>
      </w:r>
    </w:p>
    <w:p w14:paraId="61B755EE" w14:textId="77777777" w:rsidR="001B454A" w:rsidRDefault="00561349">
      <w:pPr>
        <w:spacing w:after="120" w:line="252" w:lineRule="auto"/>
      </w:pPr>
      <w:r>
        <w:t>Priložena merilna posodica z lestvico med 2,5 ml in 20 ml omogoča natančno odmerjanje izdelka.</w:t>
      </w:r>
    </w:p>
    <w:p w14:paraId="51687CE7" w14:textId="77777777" w:rsidR="001B454A" w:rsidRDefault="00561349">
      <w:pPr>
        <w:spacing w:after="60" w:line="252" w:lineRule="auto"/>
      </w:pPr>
      <w:r>
        <w:rPr>
          <w:b/>
        </w:rPr>
        <w:t>Bronchomed MAX 8 v 1 sirup:</w:t>
      </w:r>
    </w:p>
    <w:p w14:paraId="308C83E8" w14:textId="77777777" w:rsidR="001B454A" w:rsidRDefault="00561349">
      <w:pPr>
        <w:spacing w:after="120" w:line="252" w:lineRule="auto"/>
      </w:pPr>
      <w:r>
        <w:t>HÄLSA Pharma GmbH</w:t>
      </w:r>
      <w:r>
        <w:br/>
        <w:t>Maria‐Goeppert‐Str. 5</w:t>
      </w:r>
      <w:r>
        <w:br/>
        <w:t>23562 Lübeck, Nemčija</w:t>
      </w:r>
      <w:r>
        <w:br/>
        <w:t>0482</w:t>
      </w:r>
    </w:p>
    <w:p w14:paraId="19AD3AE4" w14:textId="77777777" w:rsidR="001B454A" w:rsidRDefault="00561349">
      <w:pPr>
        <w:spacing w:after="60" w:line="252" w:lineRule="auto"/>
      </w:pPr>
      <w:r>
        <w:rPr>
          <w:b/>
        </w:rPr>
        <w:t>Proizvodnja:</w:t>
      </w:r>
    </w:p>
    <w:p w14:paraId="25B90DFA" w14:textId="77777777" w:rsidR="001B454A" w:rsidRDefault="00561349">
      <w:pPr>
        <w:spacing w:after="120" w:line="252" w:lineRule="auto"/>
      </w:pPr>
      <w:r>
        <w:t>Kwizda Pharma GmbH</w:t>
      </w:r>
      <w:r>
        <w:br/>
        <w:t>Effingergasse 21</w:t>
      </w:r>
      <w:r>
        <w:br/>
        <w:t>1160 Vienna, Avstrija</w:t>
      </w:r>
    </w:p>
    <w:p w14:paraId="4759FECB" w14:textId="77777777" w:rsidR="001B454A" w:rsidRDefault="00561349">
      <w:pPr>
        <w:spacing w:after="60" w:line="252" w:lineRule="auto"/>
      </w:pPr>
      <w:r>
        <w:rPr>
          <w:b/>
        </w:rPr>
        <w:t>Distributer</w:t>
      </w:r>
    </w:p>
    <w:p w14:paraId="62909CD1" w14:textId="77777777" w:rsidR="001B454A" w:rsidRDefault="00561349">
      <w:pPr>
        <w:spacing w:after="120" w:line="252" w:lineRule="auto"/>
      </w:pPr>
      <w:r>
        <w:t>OPH Oktal Pharma d.o.o.</w:t>
      </w:r>
      <w:r>
        <w:br/>
        <w:t>Pot k sejmišču 26a</w:t>
      </w:r>
      <w:r>
        <w:br/>
        <w:t>1231 Ljubljana‐Črnuče, Slovenija</w:t>
      </w:r>
    </w:p>
    <w:p w14:paraId="60DCED6B" w14:textId="77777777" w:rsidR="001B454A" w:rsidRDefault="00561349">
      <w:pPr>
        <w:spacing w:after="60" w:line="252" w:lineRule="auto"/>
      </w:pPr>
      <w:r>
        <w:rPr>
          <w:b/>
        </w:rPr>
        <w:t>Merilna posodica:</w:t>
      </w:r>
    </w:p>
    <w:p w14:paraId="168D0681" w14:textId="77777777" w:rsidR="001B454A" w:rsidRDefault="00561349">
      <w:pPr>
        <w:spacing w:after="120" w:line="252" w:lineRule="auto"/>
      </w:pPr>
      <w:r>
        <w:t>Kunststoffwerk Kremsmünster GmbH</w:t>
      </w:r>
      <w:r>
        <w:br/>
        <w:t>Kremseggerstraße 17</w:t>
      </w:r>
      <w:r>
        <w:br/>
        <w:t>4550 Kremsmünster, Avstrija</w:t>
      </w:r>
      <w:r>
        <w:br/>
        <w:t>0483</w:t>
      </w:r>
    </w:p>
    <w:p w14:paraId="3B3F342B" w14:textId="77777777" w:rsidR="001B454A" w:rsidRDefault="00561349">
      <w:pPr>
        <w:spacing w:after="120" w:line="252" w:lineRule="auto"/>
      </w:pPr>
      <w:r>
        <w:lastRenderedPageBreak/>
        <w:t>Številko serije najdete na nalepki in škatli.</w:t>
      </w:r>
    </w:p>
    <w:p w14:paraId="02C11D08" w14:textId="77777777" w:rsidR="001B454A" w:rsidRDefault="00561349">
      <w:pPr>
        <w:spacing w:after="120" w:line="252" w:lineRule="auto"/>
      </w:pPr>
      <w:r>
        <w:rPr>
          <w:b/>
        </w:rPr>
        <w:t>Datum zadnje revizije: november 2025</w:t>
      </w:r>
    </w:p>
    <w:sectPr w:rsidR="001B454A"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14E9C" w14:textId="77777777" w:rsidR="00561349" w:rsidRDefault="00561349">
      <w:pPr>
        <w:spacing w:after="0" w:line="240" w:lineRule="auto"/>
      </w:pPr>
      <w:r>
        <w:separator/>
      </w:r>
    </w:p>
  </w:endnote>
  <w:endnote w:type="continuationSeparator" w:id="0">
    <w:p w14:paraId="5694947A" w14:textId="77777777" w:rsidR="00561349" w:rsidRDefault="00561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AF6D1" w14:textId="77777777" w:rsidR="001C3923" w:rsidRDefault="001C3923">
    <w:pPr>
      <w:pStyle w:val="Noga"/>
      <w:jc w:val="center"/>
      <w:rPr>
        <w:color w:val="666666"/>
        <w:sz w:val="16"/>
      </w:rPr>
    </w:pPr>
  </w:p>
  <w:p w14:paraId="4512737C" w14:textId="4E5C21D6" w:rsidR="001B454A" w:rsidRDefault="00561349">
    <w:pPr>
      <w:pStyle w:val="Noga"/>
      <w:jc w:val="center"/>
    </w:pPr>
    <w:r>
      <w:rPr>
        <w:color w:val="666666"/>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1B34F" w14:textId="77777777" w:rsidR="00561349" w:rsidRDefault="00561349">
      <w:pPr>
        <w:spacing w:after="0" w:line="240" w:lineRule="auto"/>
      </w:pPr>
      <w:r>
        <w:separator/>
      </w:r>
    </w:p>
  </w:footnote>
  <w:footnote w:type="continuationSeparator" w:id="0">
    <w:p w14:paraId="797B0400" w14:textId="77777777" w:rsidR="00561349" w:rsidRDefault="005613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1814635383">
    <w:abstractNumId w:val="8"/>
  </w:num>
  <w:num w:numId="2" w16cid:durableId="1420373471">
    <w:abstractNumId w:val="6"/>
  </w:num>
  <w:num w:numId="3" w16cid:durableId="97720994">
    <w:abstractNumId w:val="5"/>
  </w:num>
  <w:num w:numId="4" w16cid:durableId="1749379701">
    <w:abstractNumId w:val="4"/>
  </w:num>
  <w:num w:numId="5" w16cid:durableId="1500543287">
    <w:abstractNumId w:val="7"/>
  </w:num>
  <w:num w:numId="6" w16cid:durableId="2040205086">
    <w:abstractNumId w:val="3"/>
  </w:num>
  <w:num w:numId="7" w16cid:durableId="1558011438">
    <w:abstractNumId w:val="2"/>
  </w:num>
  <w:num w:numId="8" w16cid:durableId="523980751">
    <w:abstractNumId w:val="1"/>
  </w:num>
  <w:num w:numId="9" w16cid:durableId="219949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454A"/>
    <w:rsid w:val="001C3923"/>
    <w:rsid w:val="0029639D"/>
    <w:rsid w:val="00326F90"/>
    <w:rsid w:val="004512A3"/>
    <w:rsid w:val="004C13E4"/>
    <w:rsid w:val="00561349"/>
    <w:rsid w:val="005F61D9"/>
    <w:rsid w:val="00A554AF"/>
    <w:rsid w:val="00AA1D8D"/>
    <w:rsid w:val="00B47730"/>
    <w:rsid w:val="00C3051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CC57A3"/>
  <w14:defaultImageDpi w14:val="300"/>
  <w15:docId w15:val="{786CFC7E-2A5F-485C-AE57-12F6D7652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rPr>
      <w:rFonts w:ascii="Arial" w:eastAsia="Arial" w:hAnsi="Arial"/>
      <w:sz w:val="21"/>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1F4E79"/>
      <w:sz w:val="23"/>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0CB477DB02143A448280F1196982381C" ma:contentTypeVersion="19" ma:contentTypeDescription="Ustvari nov dokument." ma:contentTypeScope="" ma:versionID="f726b72451d529d47d17a75ffd83db5d">
  <xsd:schema xmlns:xsd="http://www.w3.org/2001/XMLSchema" xmlns:xs="http://www.w3.org/2001/XMLSchema" xmlns:p="http://schemas.microsoft.com/office/2006/metadata/properties" xmlns:ns2="b5abda28-526d-4540-ab24-95ab7c85af0e" xmlns:ns3="aa0576dd-94bb-4aff-a689-6badb1443e43" targetNamespace="http://schemas.microsoft.com/office/2006/metadata/properties" ma:root="true" ma:fieldsID="6ffa9784aaa2d25804045dc1d7a19022" ns2:_="" ns3:_="">
    <xsd:import namespace="b5abda28-526d-4540-ab24-95ab7c85af0e"/>
    <xsd:import namespace="aa0576dd-94bb-4aff-a689-6badb1443e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abda28-526d-4540-ab24-95ab7c85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96968bdb-b15a-4dec-91a8-59bb7ae16e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576dd-94bb-4aff-a689-6badb1443e43" elementFormDefault="qualified">
    <xsd:import namespace="http://schemas.microsoft.com/office/2006/documentManagement/types"/>
    <xsd:import namespace="http://schemas.microsoft.com/office/infopath/2007/PartnerControls"/>
    <xsd:element name="SharedWithUsers" ma:index="19"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V skupni rabi s podrobnostmi" ma:internalName="SharedWithDetails" ma:readOnly="true">
      <xsd:simpleType>
        <xsd:restriction base="dms:Note">
          <xsd:maxLength value="255"/>
        </xsd:restriction>
      </xsd:simpleType>
    </xsd:element>
    <xsd:element name="TaxCatchAll" ma:index="23" nillable="true" ma:displayName="Taxonomy Catch All Column" ma:hidden="true" ma:list="{5477ebfb-ab8b-472e-94c0-2f26578a5639}" ma:internalName="TaxCatchAll" ma:showField="CatchAllData" ma:web="aa0576dd-94bb-4aff-a689-6badb1443e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5abda28-526d-4540-ab24-95ab7c85af0e">
      <Terms xmlns="http://schemas.microsoft.com/office/infopath/2007/PartnerControls"/>
    </lcf76f155ced4ddcb4097134ff3c332f>
    <TaxCatchAll xmlns="aa0576dd-94bb-4aff-a689-6badb1443e4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EFC9811-EC7C-4904-8440-2871E506DF01}"/>
</file>

<file path=customXml/itemProps3.xml><?xml version="1.0" encoding="utf-8"?>
<ds:datastoreItem xmlns:ds="http://schemas.openxmlformats.org/officeDocument/2006/customXml" ds:itemID="{92586D5E-55EE-4B48-8D1F-0C5923A0806D}"/>
</file>

<file path=customXml/itemProps4.xml><?xml version="1.0" encoding="utf-8"?>
<ds:datastoreItem xmlns:ds="http://schemas.openxmlformats.org/officeDocument/2006/customXml" ds:itemID="{8418D058-0D20-4F84-89CF-2DD9F0EDD62E}"/>
</file>

<file path=docProps/app.xml><?xml version="1.0" encoding="utf-8"?>
<Properties xmlns="http://schemas.openxmlformats.org/officeDocument/2006/extended-properties" xmlns:vt="http://schemas.openxmlformats.org/officeDocument/2006/docPropsVTypes">
  <Template>Normal.dotm</Template>
  <TotalTime>3</TotalTime>
  <Pages>4</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Ksenja Zavodnik</dc:creator>
  <cp:keywords/>
  <dc:description>generated by python-docx</dc:description>
  <cp:lastModifiedBy>Ksenja Zavodnik</cp:lastModifiedBy>
  <cp:revision>6</cp:revision>
  <dcterms:created xsi:type="dcterms:W3CDTF">2026-08-05T13:21:00Z</dcterms:created>
  <dcterms:modified xsi:type="dcterms:W3CDTF">2026-08-05T13:23:00Z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0x0101000CB477DB02143A448280F1196982381C</vt:lpwstr>
  </property>
  <property fmtid="{D5CDD505-2E9C-101B-9397-08002B2CF9AE}" pid="4" name="docLang">
    <vt:lpwstr>sl</vt:lpwstr>
  </property>
  <property fmtid="{D5CDD505-2E9C-101B-9397-08002B2CF9AE}" pid="5" name="MediaServiceImageTags">
    <vt:lpwstr/>
  </property>
</Properties>
</file>